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0D19" w14:textId="77777777" w:rsidR="00CF6B43" w:rsidRDefault="00BE6B87">
      <w:pPr>
        <w:jc w:val="center"/>
      </w:pPr>
      <w:r>
        <w:rPr>
          <w:b/>
          <w:color w:val="1F4E79"/>
          <w:sz w:val="34"/>
        </w:rPr>
        <w:t>EBP Champions in County Adult Probation and Parole</w:t>
      </w:r>
    </w:p>
    <w:p w14:paraId="12D38625" w14:textId="77777777" w:rsidR="00CF6B43" w:rsidRDefault="00BE6B87">
      <w:pPr>
        <w:spacing w:after="100"/>
      </w:pPr>
      <w:r>
        <w:rPr>
          <w:b/>
          <w:sz w:val="21"/>
        </w:rPr>
        <w:t xml:space="preserve">Purpose: </w:t>
      </w:r>
      <w:r>
        <w:rPr>
          <w:sz w:val="21"/>
        </w:rPr>
        <w:t>To identify and recognize staff and stakeholders who consistently promote and support Evidence-Based Practices (EBP) in community supervision, help apply EBP with fidelity, and contribute to improved outcomes, such as reduced recidivism, increased successful completions, and increased public safety.</w:t>
      </w:r>
    </w:p>
    <w:p w14:paraId="5EDC69CA" w14:textId="77777777" w:rsidR="00CF6B43" w:rsidRDefault="00BE6B87">
      <w:pPr>
        <w:spacing w:after="100"/>
      </w:pPr>
      <w:r>
        <w:rPr>
          <w:b/>
          <w:sz w:val="21"/>
        </w:rPr>
        <w:t xml:space="preserve">Candidates: </w:t>
      </w:r>
      <w:r>
        <w:rPr>
          <w:sz w:val="21"/>
        </w:rPr>
        <w:t>County adult probation staff or a stakeholder working closely with the department.</w:t>
      </w:r>
    </w:p>
    <w:p w14:paraId="156840DF" w14:textId="77777777" w:rsidR="00CF6B43" w:rsidRDefault="00BE6B87">
      <w:pPr>
        <w:spacing w:after="100"/>
      </w:pPr>
      <w:r>
        <w:rPr>
          <w:b/>
          <w:sz w:val="21"/>
        </w:rPr>
        <w:t xml:space="preserve">Who can nominate: </w:t>
      </w:r>
      <w:r>
        <w:rPr>
          <w:sz w:val="21"/>
        </w:rPr>
        <w:t>Any employee of a county probation department, including self-nomination.</w:t>
      </w:r>
    </w:p>
    <w:p w14:paraId="1FDF52F2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t>Criteria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CF6B43" w14:paraId="45D151EB" w14:textId="77777777">
        <w:trPr>
          <w:jc w:val="center"/>
        </w:trPr>
        <w:tc>
          <w:tcPr>
            <w:tcW w:w="10454" w:type="dxa"/>
            <w:tcBorders>
              <w:top w:val="single" w:sz="8" w:space="0" w:color="C8D6E2"/>
              <w:left w:val="single" w:sz="8" w:space="0" w:color="C8D6E2"/>
              <w:bottom w:val="single" w:sz="8" w:space="0" w:color="C8D6E2"/>
              <w:right w:val="single" w:sz="8" w:space="0" w:color="C8D6E2"/>
            </w:tcBorders>
            <w:shd w:val="clear" w:color="auto" w:fill="EAF2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C2EE5C0" w14:textId="77777777" w:rsidR="00CF6B43" w:rsidRDefault="00BE6B87">
            <w:pPr>
              <w:spacing w:after="40"/>
            </w:pPr>
            <w:r>
              <w:rPr>
                <w:b/>
                <w:sz w:val="21"/>
              </w:rPr>
              <w:t>A nominee should consistently demonstrate one or more of the following:</w:t>
            </w:r>
          </w:p>
          <w:p w14:paraId="4C8EC67D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actively support the implementation of the EBP model</w:t>
            </w:r>
          </w:p>
          <w:p w14:paraId="3A87E218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model EBP skills, including MI, cognitive skill-building, and structured case planning</w:t>
            </w:r>
          </w:p>
          <w:p w14:paraId="6AA2DF82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coach peers and support skill development</w:t>
            </w:r>
          </w:p>
          <w:p w14:paraId="3531C3D4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promote fidelity and continuous quality improvement</w:t>
            </w:r>
          </w:p>
          <w:p w14:paraId="59F837DC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use data to guide practice and implementation</w:t>
            </w:r>
          </w:p>
          <w:p w14:paraId="52DD8E7D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collaborate across units and with partners</w:t>
            </w:r>
          </w:p>
          <w:p w14:paraId="0129EE77" w14:textId="77777777" w:rsidR="00CF6B43" w:rsidRDefault="00BE6B87">
            <w:pPr>
              <w:pStyle w:val="ListBullet"/>
              <w:spacing w:after="20"/>
            </w:pPr>
            <w:r>
              <w:rPr>
                <w:sz w:val="20"/>
              </w:rPr>
              <w:t>support a positive, learning-focused culture</w:t>
            </w:r>
          </w:p>
        </w:tc>
      </w:tr>
    </w:tbl>
    <w:p w14:paraId="1BFB5766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t>Approval and Recognition</w:t>
      </w:r>
    </w:p>
    <w:p w14:paraId="3BA3F17F" w14:textId="77777777" w:rsidR="00CF6B43" w:rsidRDefault="00BE6B87">
      <w:pPr>
        <w:spacing w:after="100" w:line="259" w:lineRule="auto"/>
      </w:pPr>
      <w:r>
        <w:rPr>
          <w:sz w:val="21"/>
        </w:rPr>
        <w:t>Individuals should complete the nomination form and send it electronically to Helene at HelenePlacey@ccappoap.com. Nominations will be reviewed by the EBP Committee, and they will select one EBP Champion each month. The EBP Champion will be asked to provide a brief write up and a picture and will be spotlighted in one of the monthly PPCJI Newsletters. In addition, one EBP Champion will be recognized at the annual conference.</w:t>
      </w:r>
    </w:p>
    <w:p w14:paraId="65524BBF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t>Instructions</w:t>
      </w:r>
    </w:p>
    <w:p w14:paraId="1E91D557" w14:textId="77777777" w:rsidR="00CF6B43" w:rsidRDefault="00BE6B87">
      <w:pPr>
        <w:spacing w:after="100" w:line="259" w:lineRule="auto"/>
      </w:pPr>
      <w:r>
        <w:rPr>
          <w:sz w:val="21"/>
        </w:rPr>
        <w:t>Complete all fields below. This Word version is designed so the response areas grow automatically as the person types, which makes the completed form easier to view and print.</w:t>
      </w:r>
    </w:p>
    <w:p w14:paraId="3653EAD5" w14:textId="77777777" w:rsidR="00CF6B43" w:rsidRDefault="00BE6B87">
      <w:pPr>
        <w:spacing w:before="100"/>
        <w:jc w:val="center"/>
      </w:pPr>
      <w:r>
        <w:rPr>
          <w:b/>
          <w:color w:val="1F4E79"/>
          <w:sz w:val="30"/>
        </w:rPr>
        <w:t>EBP Champion Nomination Form</w:t>
      </w:r>
    </w:p>
    <w:p w14:paraId="4BA897E6" w14:textId="77777777" w:rsidR="00CF6B43" w:rsidRDefault="00BE6B87">
      <w:pPr>
        <w:spacing w:after="100" w:line="259" w:lineRule="auto"/>
      </w:pPr>
      <w:r>
        <w:rPr>
          <w:sz w:val="21"/>
        </w:rPr>
        <w:t>I am nominating the below-captioned individual for EBP Champion and am requesting that the CCAPPOAP EBP Committee consider them for the reasons indicated herein.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13"/>
        <w:gridCol w:w="2613"/>
        <w:gridCol w:w="2613"/>
        <w:gridCol w:w="2613"/>
      </w:tblGrid>
      <w:tr w:rsidR="00CF6B43" w14:paraId="0853FBC4" w14:textId="77777777">
        <w:trPr>
          <w:jc w:val="center"/>
        </w:trPr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FD3CA" w14:textId="77777777" w:rsidR="00CF6B43" w:rsidRDefault="00BE6B87">
            <w:r>
              <w:rPr>
                <w:b/>
                <w:color w:val="1F4E79"/>
                <w:sz w:val="20"/>
              </w:rPr>
              <w:t>Nominee Name: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3E277F" w14:textId="77777777" w:rsidR="00CF6B43" w:rsidRDefault="00BE6B87">
            <w:sdt>
              <w:sdtPr>
                <w:alias w:val="NOMINEE_NAME"/>
                <w:tag w:val="NOMINEE_NAME"/>
                <w:id w:val="1120430253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F0DA41" w14:textId="77777777" w:rsidR="00CF6B43" w:rsidRDefault="00BE6B87">
            <w:r>
              <w:rPr>
                <w:b/>
                <w:color w:val="1F4E79"/>
                <w:sz w:val="20"/>
              </w:rPr>
              <w:t>County: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4D7C8" w14:textId="77777777" w:rsidR="00CF6B43" w:rsidRDefault="00BE6B87">
            <w:sdt>
              <w:sdtPr>
                <w:alias w:val="COUNTY"/>
                <w:tag w:val="COUNTY"/>
                <w:id w:val="649425614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  <w:tr w:rsidR="00CF6B43" w14:paraId="6EEB4D21" w14:textId="77777777">
        <w:trPr>
          <w:jc w:val="center"/>
        </w:trPr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28E60B" w14:textId="77777777" w:rsidR="00CF6B43" w:rsidRDefault="00BE6B87">
            <w:r>
              <w:rPr>
                <w:b/>
                <w:color w:val="1F4E79"/>
                <w:sz w:val="20"/>
              </w:rPr>
              <w:t>Title: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62E849" w14:textId="77777777" w:rsidR="00CF6B43" w:rsidRDefault="00BE6B87">
            <w:sdt>
              <w:sdtPr>
                <w:alias w:val="TITLE"/>
                <w:tag w:val="TITLE"/>
                <w:id w:val="468035329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FAF229" w14:textId="77777777" w:rsidR="00CF6B43" w:rsidRDefault="00BE6B87">
            <w:r>
              <w:rPr>
                <w:b/>
                <w:color w:val="1F4E79"/>
                <w:sz w:val="20"/>
              </w:rPr>
              <w:t>Department: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951852" w14:textId="77777777" w:rsidR="00CF6B43" w:rsidRDefault="00BE6B87">
            <w:sdt>
              <w:sdtPr>
                <w:alias w:val="DEPARTMENT"/>
                <w:tag w:val="DEPARTMENT"/>
                <w:id w:val="2143263617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  <w:tr w:rsidR="00CF6B43" w14:paraId="77D1DBF7" w14:textId="77777777">
        <w:trPr>
          <w:jc w:val="center"/>
        </w:trPr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4443D4" w14:textId="77777777" w:rsidR="00CF6B43" w:rsidRDefault="00BE6B87">
            <w:r>
              <w:rPr>
                <w:b/>
                <w:color w:val="1F4E79"/>
                <w:sz w:val="20"/>
              </w:rPr>
              <w:t>Email: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46BB5D" w14:textId="77777777" w:rsidR="00CF6B43" w:rsidRDefault="00BE6B87">
            <w:sdt>
              <w:sdtPr>
                <w:alias w:val="NOMINEE_EMAIL"/>
                <w:tag w:val="NOMINEE_EMAIL"/>
                <w:id w:val="1241270442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CED8B4" w14:textId="77777777" w:rsidR="00CF6B43" w:rsidRDefault="00BE6B87">
            <w:r>
              <w:rPr>
                <w:b/>
                <w:color w:val="1F4E79"/>
                <w:sz w:val="20"/>
              </w:rPr>
              <w:t>Phone: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E69C4A" w14:textId="77777777" w:rsidR="00CF6B43" w:rsidRDefault="00BE6B87">
            <w:sdt>
              <w:sdtPr>
                <w:alias w:val="NOMINEE_PHONE"/>
                <w:tag w:val="NOMINEE_PHONE"/>
                <w:id w:val="1977572966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</w:tbl>
    <w:p w14:paraId="48EED0D0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t>What makes this nominee an EBP Champion?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CF6B43" w14:paraId="2060901D" w14:textId="77777777">
        <w:trPr>
          <w:jc w:val="center"/>
        </w:trPr>
        <w:tc>
          <w:tcPr>
            <w:tcW w:w="10454" w:type="dxa"/>
            <w:tcBorders>
              <w:top w:val="single" w:sz="8" w:space="0" w:color="9DB4C9"/>
              <w:left w:val="single" w:sz="8" w:space="0" w:color="9DB4C9"/>
              <w:bottom w:val="single" w:sz="8" w:space="0" w:color="9DB4C9"/>
              <w:right w:val="single" w:sz="8" w:space="0" w:color="9DB4C9"/>
            </w:tcBorders>
            <w:shd w:val="clear" w:color="auto" w:fill="FBFD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DF7378F" w14:textId="77777777" w:rsidR="00CF6B43" w:rsidRDefault="00BE6B87">
            <w:pPr>
              <w:spacing w:after="0"/>
            </w:pPr>
            <w:sdt>
              <w:sdtPr>
                <w:alias w:val="Long response field"/>
                <w:tag w:val="WHAT_MAKES_NOMINEE_EBP_CHAMPION"/>
                <w:id w:val="527499494"/>
                <w:text w:multiLine="1"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response. This area will expand as you type.</w:t>
                </w:r>
              </w:sdtContent>
            </w:sdt>
          </w:p>
          <w:p w14:paraId="672A6659" w14:textId="77777777" w:rsidR="00CF6B43" w:rsidRDefault="00CF6B43">
            <w:pPr>
              <w:spacing w:after="0"/>
            </w:pPr>
          </w:p>
          <w:p w14:paraId="0A37501D" w14:textId="77777777" w:rsidR="00CF6B43" w:rsidRDefault="00CF6B43">
            <w:pPr>
              <w:spacing w:after="0"/>
            </w:pPr>
          </w:p>
          <w:p w14:paraId="5DAB6C7B" w14:textId="77777777" w:rsidR="00CF6B43" w:rsidRDefault="00CF6B43">
            <w:pPr>
              <w:spacing w:after="0"/>
            </w:pPr>
          </w:p>
          <w:p w14:paraId="02EB378F" w14:textId="77777777" w:rsidR="00CF6B43" w:rsidRDefault="00CF6B43">
            <w:pPr>
              <w:spacing w:after="0"/>
            </w:pPr>
          </w:p>
          <w:p w14:paraId="6A05A809" w14:textId="77777777" w:rsidR="00CF6B43" w:rsidRDefault="00CF6B43">
            <w:pPr>
              <w:spacing w:after="0"/>
            </w:pPr>
          </w:p>
        </w:tc>
      </w:tr>
    </w:tbl>
    <w:p w14:paraId="6F42EBB4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lastRenderedPageBreak/>
        <w:t>Describe an example where the nominee improved outcomes.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CF6B43" w14:paraId="5A25FD36" w14:textId="77777777">
        <w:trPr>
          <w:jc w:val="center"/>
        </w:trPr>
        <w:tc>
          <w:tcPr>
            <w:tcW w:w="10454" w:type="dxa"/>
            <w:tcBorders>
              <w:top w:val="single" w:sz="8" w:space="0" w:color="9DB4C9"/>
              <w:left w:val="single" w:sz="8" w:space="0" w:color="9DB4C9"/>
              <w:bottom w:val="single" w:sz="8" w:space="0" w:color="9DB4C9"/>
              <w:right w:val="single" w:sz="8" w:space="0" w:color="9DB4C9"/>
            </w:tcBorders>
            <w:shd w:val="clear" w:color="auto" w:fill="FBFD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CFB647F" w14:textId="77777777" w:rsidR="00CF6B43" w:rsidRDefault="00BE6B87">
            <w:pPr>
              <w:spacing w:after="0"/>
            </w:pPr>
            <w:sdt>
              <w:sdtPr>
                <w:alias w:val="Long response field"/>
                <w:tag w:val="EXAMPLE_IMPROVED_OUTCOMES"/>
                <w:id w:val="289603825"/>
                <w:text w:multiLine="1"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response. This area will expand as you type.</w:t>
                </w:r>
              </w:sdtContent>
            </w:sdt>
          </w:p>
          <w:p w14:paraId="5A39BBE3" w14:textId="77777777" w:rsidR="00CF6B43" w:rsidRDefault="00CF6B43">
            <w:pPr>
              <w:spacing w:after="0"/>
            </w:pPr>
          </w:p>
          <w:p w14:paraId="41C8F396" w14:textId="77777777" w:rsidR="00CF6B43" w:rsidRDefault="00CF6B43">
            <w:pPr>
              <w:spacing w:after="0"/>
            </w:pPr>
          </w:p>
          <w:p w14:paraId="72A3D3EC" w14:textId="77777777" w:rsidR="00CF6B43" w:rsidRDefault="00CF6B43">
            <w:pPr>
              <w:spacing w:after="0"/>
            </w:pPr>
          </w:p>
          <w:p w14:paraId="0D0B940D" w14:textId="77777777" w:rsidR="00CF6B43" w:rsidRDefault="00CF6B43">
            <w:pPr>
              <w:spacing w:after="0"/>
            </w:pPr>
          </w:p>
          <w:p w14:paraId="0E27B00A" w14:textId="77777777" w:rsidR="00CF6B43" w:rsidRDefault="00CF6B43">
            <w:pPr>
              <w:spacing w:after="0"/>
            </w:pPr>
          </w:p>
        </w:tc>
      </w:tr>
    </w:tbl>
    <w:p w14:paraId="7BCD1DFD" w14:textId="77777777" w:rsidR="00CF6B43" w:rsidRDefault="00BE6B87">
      <w:pPr>
        <w:keepNext/>
        <w:spacing w:before="140" w:after="60"/>
      </w:pPr>
      <w:r>
        <w:rPr>
          <w:b/>
          <w:color w:val="1F4E79"/>
          <w:sz w:val="24"/>
        </w:rPr>
        <w:t>Submitted by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13"/>
        <w:gridCol w:w="2614"/>
        <w:gridCol w:w="2613"/>
        <w:gridCol w:w="2614"/>
      </w:tblGrid>
      <w:tr w:rsidR="00CF6B43" w14:paraId="244DACFA" w14:textId="77777777">
        <w:trPr>
          <w:jc w:val="center"/>
        </w:trPr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D90B35" w14:textId="77777777" w:rsidR="00CF6B43" w:rsidRDefault="00BE6B87">
            <w:r>
              <w:rPr>
                <w:b/>
                <w:color w:val="1F4E79"/>
                <w:sz w:val="20"/>
              </w:rPr>
              <w:t>Name: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D8C455" w14:textId="77777777" w:rsidR="00CF6B43" w:rsidRDefault="00BE6B87">
            <w:sdt>
              <w:sdtPr>
                <w:alias w:val="SUBMITTED_BY_NAME"/>
                <w:tag w:val="SUBMITTED_BY_NAME"/>
                <w:id w:val="1881989105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CBC6F" w14:textId="77777777" w:rsidR="00CF6B43" w:rsidRDefault="00BE6B87">
            <w:r>
              <w:rPr>
                <w:b/>
                <w:color w:val="1F4E79"/>
                <w:sz w:val="20"/>
              </w:rPr>
              <w:t>Title: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91FE6C" w14:textId="77777777" w:rsidR="00CF6B43" w:rsidRDefault="00BE6B87">
            <w:sdt>
              <w:sdtPr>
                <w:alias w:val="SUBMITTED_BY_TITLE"/>
                <w:tag w:val="SUBMITTED_BY_TITLE"/>
                <w:id w:val="1611017650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  <w:tr w:rsidR="00CF6B43" w14:paraId="6B0A683C" w14:textId="77777777">
        <w:trPr>
          <w:jc w:val="center"/>
        </w:trPr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3D61FB" w14:textId="77777777" w:rsidR="00CF6B43" w:rsidRDefault="00BE6B87">
            <w:r>
              <w:rPr>
                <w:b/>
                <w:color w:val="1F4E79"/>
                <w:sz w:val="20"/>
              </w:rPr>
              <w:t>Email: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EE5986" w14:textId="77777777" w:rsidR="00CF6B43" w:rsidRDefault="00BE6B87">
            <w:sdt>
              <w:sdtPr>
                <w:alias w:val="SUBMITTED_BY_EMAIL"/>
                <w:tag w:val="SUBMITTED_BY_EMAIL"/>
                <w:id w:val="981945432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52ED3" w14:textId="77777777" w:rsidR="00CF6B43" w:rsidRDefault="00BE6B87">
            <w:r>
              <w:rPr>
                <w:b/>
                <w:color w:val="1F4E79"/>
                <w:sz w:val="20"/>
              </w:rPr>
              <w:t>Phone:</w:t>
            </w:r>
          </w:p>
        </w:tc>
        <w:tc>
          <w:tcPr>
            <w:tcW w:w="2613" w:type="dxa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E0A917" w14:textId="77777777" w:rsidR="00CF6B43" w:rsidRDefault="00BE6B87">
            <w:sdt>
              <w:sdtPr>
                <w:alias w:val="SUBMITTED_BY_PHONE"/>
                <w:tag w:val="SUBMITTED_BY_PHONE"/>
                <w:id w:val="764334488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  <w:tr w:rsidR="00CF6B43" w14:paraId="74C99AE5" w14:textId="77777777">
        <w:trPr>
          <w:jc w:val="center"/>
        </w:trPr>
        <w:tc>
          <w:tcPr>
            <w:tcW w:w="5227" w:type="dxa"/>
            <w:gridSpan w:val="2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shd w:val="clear" w:color="auto" w:fill="F5F7F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3DE6A6" w14:textId="77777777" w:rsidR="00CF6B43" w:rsidRDefault="00BE6B87">
            <w:r>
              <w:rPr>
                <w:b/>
                <w:color w:val="1F4E79"/>
                <w:sz w:val="20"/>
              </w:rPr>
              <w:t>Signed:</w:t>
            </w:r>
          </w:p>
        </w:tc>
        <w:tc>
          <w:tcPr>
            <w:tcW w:w="5227" w:type="dxa"/>
            <w:gridSpan w:val="2"/>
            <w:tcBorders>
              <w:top w:val="single" w:sz="6" w:space="0" w:color="C8D6E2"/>
              <w:left w:val="single" w:sz="6" w:space="0" w:color="C8D6E2"/>
              <w:bottom w:val="single" w:sz="6" w:space="0" w:color="C8D6E2"/>
              <w:right w:val="single" w:sz="6" w:space="0" w:color="C8D6E2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06CB8D" w14:textId="77777777" w:rsidR="00CF6B43" w:rsidRDefault="00BE6B87">
            <w:sdt>
              <w:sdtPr>
                <w:alias w:val="SIGNATURE"/>
                <w:tag w:val="SIGNATURE"/>
                <w:id w:val="247344641"/>
                <w:text/>
              </w:sdtPr>
              <w:sdtEndPr/>
              <w:sdtContent>
                <w:r>
                  <w:rPr>
                    <w:i/>
                    <w:color w:val="5A5A5A"/>
                    <w:sz w:val="21"/>
                  </w:rPr>
                  <w:t>Click or tap here to enter text.</w:t>
                </w:r>
              </w:sdtContent>
            </w:sdt>
          </w:p>
        </w:tc>
      </w:tr>
    </w:tbl>
    <w:p w14:paraId="070BF27F" w14:textId="77777777" w:rsidR="00CF6B43" w:rsidRDefault="00BE6B87">
      <w:pPr>
        <w:spacing w:before="20"/>
      </w:pPr>
      <w:r>
        <w:rPr>
          <w:i/>
          <w:color w:val="5A5A5A"/>
          <w:sz w:val="19"/>
        </w:rPr>
        <w:t>Typed name accepted as signature.</w:t>
      </w:r>
    </w:p>
    <w:sectPr w:rsidR="00CF6B43" w:rsidSect="00034616">
      <w:footerReference w:type="default" r:id="rId8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2A78" w14:textId="77777777" w:rsidR="00BE6B87" w:rsidRDefault="00BE6B87">
      <w:pPr>
        <w:spacing w:after="0" w:line="240" w:lineRule="auto"/>
      </w:pPr>
      <w:r>
        <w:separator/>
      </w:r>
    </w:p>
  </w:endnote>
  <w:endnote w:type="continuationSeparator" w:id="0">
    <w:p w14:paraId="061F0F25" w14:textId="77777777" w:rsidR="00BE6B87" w:rsidRDefault="00BE6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8965" w14:textId="77777777" w:rsidR="00CF6B43" w:rsidRDefault="00BE6B87">
    <w:pPr>
      <w:pStyle w:val="Footer"/>
      <w:jc w:val="center"/>
    </w:pPr>
    <w:r>
      <w:rPr>
        <w:color w:val="646464"/>
        <w:sz w:val="16"/>
      </w:rPr>
      <w:t>EBP Champion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E1E3" w14:textId="77777777" w:rsidR="00BE6B87" w:rsidRDefault="00BE6B87">
      <w:pPr>
        <w:spacing w:after="0" w:line="240" w:lineRule="auto"/>
      </w:pPr>
      <w:r>
        <w:separator/>
      </w:r>
    </w:p>
  </w:footnote>
  <w:footnote w:type="continuationSeparator" w:id="0">
    <w:p w14:paraId="3B292E59" w14:textId="77777777" w:rsidR="00BE6B87" w:rsidRDefault="00BE6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8990618">
    <w:abstractNumId w:val="8"/>
  </w:num>
  <w:num w:numId="2" w16cid:durableId="713623613">
    <w:abstractNumId w:val="6"/>
  </w:num>
  <w:num w:numId="3" w16cid:durableId="1509173466">
    <w:abstractNumId w:val="5"/>
  </w:num>
  <w:num w:numId="4" w16cid:durableId="1201935450">
    <w:abstractNumId w:val="4"/>
  </w:num>
  <w:num w:numId="5" w16cid:durableId="389957804">
    <w:abstractNumId w:val="7"/>
  </w:num>
  <w:num w:numId="6" w16cid:durableId="1035889069">
    <w:abstractNumId w:val="3"/>
  </w:num>
  <w:num w:numId="7" w16cid:durableId="865337716">
    <w:abstractNumId w:val="2"/>
  </w:num>
  <w:num w:numId="8" w16cid:durableId="1911496882">
    <w:abstractNumId w:val="1"/>
  </w:num>
  <w:num w:numId="9" w16cid:durableId="103488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690F"/>
    <w:rsid w:val="009056A9"/>
    <w:rsid w:val="00AA1D8D"/>
    <w:rsid w:val="00B47730"/>
    <w:rsid w:val="00BE6B87"/>
    <w:rsid w:val="00CB0664"/>
    <w:rsid w:val="00CF6B43"/>
    <w:rsid w:val="00FC693F"/>
    <w:rsid w:val="561BA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116588B-57BD-41BB-86DC-FEBA8FEF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2209</Characters>
  <Application>Microsoft Office Word</Application>
  <DocSecurity>0</DocSecurity>
  <Lines>76</Lines>
  <Paragraphs>55</Paragraphs>
  <ScaleCrop>false</ScaleCrop>
  <Manager/>
  <Company/>
  <LinksUpToDate>false</LinksUpToDate>
  <CharactersWithSpaces>2563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Parsons</dc:creator>
  <cp:keywords/>
  <dc:description>generated by python-docx</dc:description>
  <cp:lastModifiedBy>Rick Parsons</cp:lastModifiedBy>
  <cp:revision>2</cp:revision>
  <dcterms:created xsi:type="dcterms:W3CDTF">2026-08-19T14:38:00Z</dcterms:created>
  <dcterms:modified xsi:type="dcterms:W3CDTF">2026-08-19T14:38:00Z</dcterms:modified>
  <cp:category/>
</cp:coreProperties>
</file>